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לעולים - אדם וסביבה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ולהבין מילים חשובות הקשורות לסביבה, בריאות וטכנולוגיה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ולזהות משמעות של מונחים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חדשות במשפטים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המשמעות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הבאת סחורות מחו"ל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הפיכת מי ים למי שתייה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בעברית לתרגום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(ship)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(climate)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(bacterium / germ)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חיסון מכין את מערכת החיסון להתמודד עם נגיפים וחיידקים.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יצוא הוא שליחת סחורות לחו"ל, לא הבאתן.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מיחזור הוא שימוש חוזר בחומרים ישנים כדי ליצור מוצרים חדשים, למשל נייר או בקבוקי פלסטיק.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הבאת סחורות מחו"ל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התפלה, בצורת, השקיה, מחסור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שהמידע נכון ולא שמועה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לפי שפת אם ולבקש מהם להוסיף תרגום נוסף למילים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במילים החדשות במשפט מהחיים האישיים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ולהתמקד רק בחלקי mc ו-match עבור כיתות מתחילות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לעולים - אדם וסביבה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חשובות שמופיעות בתחנות השונות של האתר, כמו מילים הקשורות למים, לבריאות, לסביבה ולטכנולוגיה.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מכולה  ·  התפלה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המילה 'יבוא'?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שליחת סחורות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הבאת סחורות מחו"ל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ייצור סחורות במפעל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המשמעות של 'התפלה'?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זיהום מי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הפיכת מי ים למי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איסוף מי 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מילה בעברית לתרגום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climate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bacterium / germ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חיידק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ship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הספינה פרקה בנמל __________ גדולה מלאה בסחורה.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לשתות מי ים צריך תהליך שנקרא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חיסון עוזר לגוף להילחם במחלות.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יצוא הוא הבאת סחורות מחו"ל לארץ.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שמסביר מה זה 'מיחזור', ותנו דוגמה אחת לחומר שאפשר למחזר.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המשמעות של 'יבוא'?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למילה הקשורה למים ולסביבה.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מושגים לעולים - אדם וסביבה בעידן הגלובלי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