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🌍 אדם וסביבה בעידן הגלובלי – 30 תחנות לכפר העולמי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מילון מושגים לעולים - אדם וסביבה בעידן הגלובלי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ולהבין מילים חשובות הקשורות לסביבה, בריאות וטכנולוגיה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לתרגם ולזהות משמעות של מונחים בעברית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להשתמש במילים חדשות במשפטים שלמים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בחרו את המשמעות הנכונה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הבאת סחורות מחו"ל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הפיכת מי ים למי שתייה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תנועה של בעלי חיים ממקום למקום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מערכת שמגנה על הגוף ממחלות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שימוש חוזר בחומרים ישנים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ג – מידע שלא בדקו אם הוא נכון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התאימו מילה בעברית לתרגום באנגלית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(ship)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(climate)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(harvest / crop)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(bacterium / germ)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(privacy)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המשפט במילה המתאימה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מכולה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התפלה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נדידה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ניסוי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סבון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בצורת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חיסון מכין את מערכת החיסון להתמודד עם נגיפים וחיידקים.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יצוא הוא שליחת סחורות לחו"ל, לא הבאתן.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האור במגדלור מסמן לספנים היכן נמצא החוף או הסכנה.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השקיית טפטוף חוסכת מים כי הטיפות מגיעות ישירות לשורש הצמח.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שמועה היא מידע שלא בדקו, לכן היא עלולה להיות לא נכונה.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מיחזור הוא שימוש חוזר בחומרים ישנים כדי ליצור מוצרים חדשים, למשל נייר או בקבוקי פלסטיק.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כי לפעמים מדובר בשמועה או במידע לא נכון, ובדיקת המקור עוזרת לדעת אם הידיעה אמינה.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הבאת סחורות מחו"ל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למשל: התפלה, בצורת, השקיה, מחסור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כדי לוודא שהמידע נכון ולא שמועה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לחלק את התלמידים לפי שפת אם ולבקש מהם להוסיף תרגום נוסף למילים מהרשימה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לעודד שימוש במילים החדשות במשפט מהחיים האישיים של התלמיד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לקצר את הדף ולהתמקד רק בחלקי mc ו-match עבור כיתות מתחילות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🌍 אדם וסביבה בעידן הגלובלי – 30 תחנות לכפר העולמי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מילון מושגים לעולים - אדם וסביבה בעידן הגלובלי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לומדים מילים חדשות בעברית. המילים קשורות לסביבה, למים, לבריאות ולמחשבים.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יבוא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הבאת סחורות ממדינה אחרת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יצוא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שליחת סחורות למדינה אחרת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התפלה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הפיכת מי ים למי שתייה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מיחזור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שימוש חוזר בחומרים ישנים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נדידה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תנועה של בעלי חיים ממקום למקום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חיסון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תרופה שמגנה מפני מחלות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שמועה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מידע שלא בדקו אם הוא נכון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אקלים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מזג האוויר הרגיל באזור לאורך זמן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בחרו את המשמעות הנכונה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זה 'יבוא'?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שליחת סחורות לחו"ל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הבאת סחורות מחו"ל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ייצור סחורות במפעל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מכירת סחורות בשוק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זה 'התפלה'?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זיהום מי 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הפיכת מי ים למי שתייה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איסוף מי גשם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השקיית שדות בטפטוף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זה 'נדידה'?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בניית קן לציפורים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שינה ארוכה בחורף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תנועה של בעלי חיים ממקום למקום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חיפוש מזון ליד הבית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תפקיד מערכת החיסון?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מערכת שמגנה על הגוף ממחלות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מערכת למדידת חום הגוף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מערכת תחבורה ציבורית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מערכת לניקוי 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זה מיחזור?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זריקת פסולת 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שימוש חוזר בחומרים ישנים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שריפת אשפה בחצר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קניית מוצרים חדשים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זה שמועה?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עובדה מדעית מוכחת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ידיעה רשמית מהעיתון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מידע שלא בדקו אם הוא נכון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מאמר שכתב מדען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התאימו מילה בעברית לתרגום באנגלית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אונייה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bacterium / germ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אקלים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ship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יבול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privacy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חיידק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harvest / crop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פרטיות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climate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המשפט במילה המתאימה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הספינה פרקה בנמל __________ גדולה מלאה בסחורה.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כדי לשתות מי ים צריך תהליך שנקרא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ציפורים רבות עושות __________ בסתיו לאזורים חמים יותר.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לפני פיתוח תרופה חדשה החוקרים עורכים __________ במעבדה.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חשוב לשטוף ידיים עם __________ כדי למנוע מחלות.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בעונת __________ אין מספיק מים לשדות.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חיסון עוזר לגוף להילחם במחלות.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יצוא הוא הבאת סחורות מחו"ל לארץ.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מגדלור עוזר לאוניות למצוא את דרכן בים בלילה.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השקיית טפטוף משתמשת בהרבה יותר מים מהשקיה רגילה.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שמועה היא תמיד מידע מדויק ומאומת.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משפט שמסביר מה זה 'מיחזור', ותנו דוגמה אחת לחומר שאפשר למחזר.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הסבירו במשפט אחד למה חשוב לבדוק את מקור הידיעה לפני שמאמינים לה.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המשמעות של 'יבוא'?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למילה הקשורה למים ולסביבה.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חשוב לבדוק מקור לפני שמאמינים לידיעה?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מילון מושגים לעולים - אדם וסביבה בעידן הגלובלי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